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39D7" w14:textId="0FB25F0C" w:rsidR="00C61F8E" w:rsidRPr="00EA5934" w:rsidRDefault="00000000">
      <w:pPr>
        <w:jc w:val="center"/>
        <w:rPr>
          <w:lang w:val="el-GR"/>
        </w:rPr>
      </w:pPr>
      <w:r w:rsidRPr="00EA5934">
        <w:rPr>
          <w:b/>
          <w:sz w:val="24"/>
          <w:lang w:val="el-GR"/>
        </w:rPr>
        <w:t>ΕΤΑΙΡΙΑ ΔΙΚΑΣΤΙΚΩΝ ΜΕΛΕΤΩΝ</w:t>
      </w:r>
      <w:r w:rsidRPr="00EA5934">
        <w:rPr>
          <w:b/>
          <w:sz w:val="24"/>
          <w:lang w:val="el-GR"/>
        </w:rPr>
        <w:br/>
      </w:r>
      <w:r w:rsidRPr="00EA5934">
        <w:rPr>
          <w:b/>
          <w:color w:val="4F6228" w:themeColor="accent3" w:themeShade="80"/>
          <w:lang w:val="el-GR"/>
        </w:rPr>
        <w:t>19</w:t>
      </w:r>
      <w:r w:rsidR="00EA5934" w:rsidRPr="00EA5934">
        <w:rPr>
          <w:b/>
          <w:color w:val="4F6228" w:themeColor="accent3" w:themeShade="80"/>
          <w:vertAlign w:val="superscript"/>
          <w:lang w:val="el-GR"/>
        </w:rPr>
        <w:t>ο</w:t>
      </w:r>
      <w:r w:rsidR="00EA5934" w:rsidRPr="00EA5934">
        <w:rPr>
          <w:b/>
          <w:color w:val="4F6228" w:themeColor="accent3" w:themeShade="80"/>
          <w:lang w:val="el-GR"/>
        </w:rPr>
        <w:t xml:space="preserve"> </w:t>
      </w:r>
      <w:r w:rsidRPr="00EA5934">
        <w:rPr>
          <w:b/>
          <w:color w:val="4F6228" w:themeColor="accent3" w:themeShade="80"/>
          <w:lang w:val="el-GR"/>
        </w:rPr>
        <w:t xml:space="preserve"> ΠΑΝΕΛΛΗΝΙΟ ΕΠΙΣΤΗΜΟΝΙΚΟ ΣΥΝΕΔΡΙΟ</w:t>
      </w:r>
      <w:r w:rsidRPr="00EA5934">
        <w:rPr>
          <w:b/>
          <w:lang w:val="el-GR"/>
        </w:rPr>
        <w:br/>
      </w:r>
      <w:r w:rsidRPr="00EA5934">
        <w:rPr>
          <w:b/>
          <w:color w:val="1F497D" w:themeColor="text2"/>
          <w:lang w:val="el-GR"/>
        </w:rPr>
        <w:t>«Η ΛΕΙΤΟΥΡΓΙΑ ΤΗΣ ΕΛΛΗΝΙΚΗΣ ΔΙΚΑΙΟΣΥΝΗΣ: ΠΡΟΚΛΗΣΕΙΣ - ΠΡΟΟΠΤΙΚΕΣ»</w:t>
      </w:r>
      <w:r w:rsidRPr="00EA5934">
        <w:rPr>
          <w:b/>
          <w:color w:val="1F497D" w:themeColor="text2"/>
          <w:lang w:val="el-GR"/>
        </w:rPr>
        <w:br/>
      </w:r>
      <w:r w:rsidRPr="00EA5934">
        <w:rPr>
          <w:b/>
          <w:lang w:val="el-GR"/>
        </w:rPr>
        <w:br/>
      </w:r>
      <w:r w:rsidRPr="00EA5934">
        <w:rPr>
          <w:b/>
          <w:sz w:val="26"/>
          <w:lang w:val="el-GR"/>
        </w:rPr>
        <w:t>ΦΟΡΜΑ ΔΗΛΩΣΗΣ ΣΥΜΜΕΤΟΧΗΣ</w:t>
      </w:r>
    </w:p>
    <w:p w14:paraId="59E6DF25" w14:textId="7A729B13" w:rsidR="00C61F8E" w:rsidRPr="00EA5934" w:rsidRDefault="00000000">
      <w:pPr>
        <w:rPr>
          <w:lang w:val="el-GR"/>
        </w:rPr>
      </w:pPr>
      <w:r w:rsidRPr="00EA5934">
        <w:rPr>
          <w:b/>
          <w:lang w:val="el-GR"/>
        </w:rPr>
        <w:t xml:space="preserve">Ονοματεπώνυμο: </w:t>
      </w:r>
      <w:r w:rsidRPr="00EA5934">
        <w:rPr>
          <w:lang w:val="el-GR"/>
        </w:rPr>
        <w:t>……………………………………………………………</w:t>
      </w:r>
      <w:r w:rsidR="007F1418">
        <w:rPr>
          <w:lang w:val="el-GR"/>
        </w:rPr>
        <w:t>………………………….</w:t>
      </w:r>
      <w:r w:rsidRPr="00EA5934">
        <w:rPr>
          <w:lang w:val="el-GR"/>
        </w:rPr>
        <w:br/>
      </w:r>
      <w:proofErr w:type="spellStart"/>
      <w:r w:rsidRPr="00EA5934">
        <w:rPr>
          <w:b/>
          <w:lang w:val="el-GR"/>
        </w:rPr>
        <w:t>Ιδιότητα</w:t>
      </w:r>
      <w:proofErr w:type="spellEnd"/>
      <w:r w:rsidRPr="00EA5934">
        <w:rPr>
          <w:b/>
          <w:lang w:val="el-GR"/>
        </w:rPr>
        <w:t xml:space="preserve"> / </w:t>
      </w:r>
      <w:proofErr w:type="spellStart"/>
      <w:r w:rsidRPr="00EA5934">
        <w:rPr>
          <w:b/>
          <w:lang w:val="el-GR"/>
        </w:rPr>
        <w:t>Τίτλος</w:t>
      </w:r>
      <w:proofErr w:type="spellEnd"/>
      <w:r w:rsidRPr="00EA5934">
        <w:rPr>
          <w:b/>
          <w:lang w:val="el-GR"/>
        </w:rPr>
        <w:t xml:space="preserve">: </w:t>
      </w:r>
      <w:r w:rsidRPr="00EA5934">
        <w:rPr>
          <w:lang w:val="el-GR"/>
        </w:rPr>
        <w:t>……………………………………………………………</w:t>
      </w:r>
      <w:r w:rsidR="007F1418">
        <w:rPr>
          <w:lang w:val="el-GR"/>
        </w:rPr>
        <w:t>…………………………..</w:t>
      </w:r>
      <w:r w:rsidRPr="00EA5934">
        <w:rPr>
          <w:lang w:val="el-GR"/>
        </w:rPr>
        <w:br/>
      </w:r>
      <w:proofErr w:type="spellStart"/>
      <w:r w:rsidRPr="00EA5934">
        <w:rPr>
          <w:b/>
          <w:lang w:val="el-GR"/>
        </w:rPr>
        <w:t>Τηλέφωνο</w:t>
      </w:r>
      <w:proofErr w:type="spellEnd"/>
      <w:r w:rsidRPr="00EA5934">
        <w:rPr>
          <w:b/>
          <w:lang w:val="el-GR"/>
        </w:rPr>
        <w:t xml:space="preserve">: </w:t>
      </w:r>
      <w:r w:rsidRPr="00EA5934">
        <w:rPr>
          <w:lang w:val="el-GR"/>
        </w:rPr>
        <w:t>…………………………………………………………………</w:t>
      </w:r>
      <w:r w:rsidR="007F1418">
        <w:rPr>
          <w:lang w:val="el-GR"/>
        </w:rPr>
        <w:t>…………………………….</w:t>
      </w:r>
      <w:r w:rsidRPr="00EA5934">
        <w:rPr>
          <w:lang w:val="el-GR"/>
        </w:rPr>
        <w:br/>
      </w:r>
      <w:r>
        <w:rPr>
          <w:b/>
        </w:rPr>
        <w:t>Email</w:t>
      </w:r>
      <w:r w:rsidRPr="00EA5934">
        <w:rPr>
          <w:b/>
          <w:lang w:val="el-GR"/>
        </w:rPr>
        <w:t xml:space="preserve">: </w:t>
      </w:r>
      <w:r w:rsidRPr="00EA5934">
        <w:rPr>
          <w:lang w:val="el-GR"/>
        </w:rPr>
        <w:t>…………………………………………………………………………</w:t>
      </w:r>
      <w:r w:rsidR="007F1418">
        <w:rPr>
          <w:lang w:val="el-GR"/>
        </w:rPr>
        <w:t>………………………</w:t>
      </w:r>
      <w:proofErr w:type="gramStart"/>
      <w:r w:rsidR="007F1418">
        <w:rPr>
          <w:lang w:val="el-GR"/>
        </w:rPr>
        <w:t>…..</w:t>
      </w:r>
      <w:proofErr w:type="gramEnd"/>
      <w:r w:rsidR="007F1418">
        <w:rPr>
          <w:lang w:val="el-GR"/>
        </w:rPr>
        <w:t xml:space="preserve"> </w:t>
      </w:r>
    </w:p>
    <w:p w14:paraId="090B79F8" w14:textId="1CEC4F32" w:rsidR="00C61F8E" w:rsidRDefault="00000000" w:rsidP="00EA5934">
      <w:pPr>
        <w:jc w:val="center"/>
      </w:pPr>
      <w:r w:rsidRPr="00EA5934">
        <w:rPr>
          <w:b/>
          <w:lang w:val="el-GR"/>
        </w:rPr>
        <w:br/>
      </w:r>
      <w:r>
        <w:rPr>
          <w:b/>
        </w:rPr>
        <w:t>ΠΙΝΑΚΑΣ ΔΗΛΩΣΗΣ ΣΥΜΜΕΤΟΧΗΣ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1946"/>
        <w:gridCol w:w="1889"/>
      </w:tblGrid>
      <w:tr w:rsidR="00C61F8E" w14:paraId="22DFF490" w14:textId="77777777" w:rsidTr="007F1418">
        <w:tc>
          <w:tcPr>
            <w:tcW w:w="6091" w:type="dxa"/>
            <w:shd w:val="clear" w:color="auto" w:fill="F2F2F2"/>
          </w:tcPr>
          <w:p w14:paraId="1852C54F" w14:textId="77777777" w:rsidR="00C61F8E" w:rsidRDefault="00000000">
            <w:pPr>
              <w:jc w:val="center"/>
            </w:pPr>
            <w:proofErr w:type="spellStart"/>
            <w:r>
              <w:rPr>
                <w:b/>
              </w:rPr>
              <w:t>Δρ</w:t>
            </w:r>
            <w:proofErr w:type="spellEnd"/>
            <w:r>
              <w:rPr>
                <w:b/>
              </w:rPr>
              <w:t xml:space="preserve">αστηριότητα / </w:t>
            </w:r>
            <w:proofErr w:type="spellStart"/>
            <w:r>
              <w:rPr>
                <w:b/>
              </w:rPr>
              <w:t>Ενότητ</w:t>
            </w:r>
            <w:proofErr w:type="spellEnd"/>
            <w:r>
              <w:rPr>
                <w:b/>
              </w:rPr>
              <w:t>α</w:t>
            </w:r>
          </w:p>
        </w:tc>
        <w:tc>
          <w:tcPr>
            <w:tcW w:w="1946" w:type="dxa"/>
            <w:shd w:val="clear" w:color="auto" w:fill="F2F2F2"/>
          </w:tcPr>
          <w:p w14:paraId="3A68339A" w14:textId="77777777" w:rsidR="00C61F8E" w:rsidRDefault="00000000">
            <w:pPr>
              <w:jc w:val="center"/>
            </w:pPr>
            <w:r>
              <w:rPr>
                <w:b/>
              </w:rPr>
              <w:t>Επ</w:t>
            </w:r>
            <w:proofErr w:type="spellStart"/>
            <w:r>
              <w:rPr>
                <w:b/>
              </w:rPr>
              <w:t>ιλογή</w:t>
            </w:r>
            <w:proofErr w:type="spellEnd"/>
          </w:p>
        </w:tc>
        <w:tc>
          <w:tcPr>
            <w:tcW w:w="1889" w:type="dxa"/>
            <w:shd w:val="clear" w:color="auto" w:fill="F2F2F2"/>
          </w:tcPr>
          <w:p w14:paraId="4A9074DC" w14:textId="77777777" w:rsidR="00C61F8E" w:rsidRDefault="00000000">
            <w:pPr>
              <w:jc w:val="center"/>
            </w:pPr>
            <w:proofErr w:type="spellStart"/>
            <w:r>
              <w:rPr>
                <w:b/>
              </w:rPr>
              <w:t>Αριθμός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Ατόμων</w:t>
            </w:r>
            <w:proofErr w:type="spellEnd"/>
          </w:p>
        </w:tc>
      </w:tr>
      <w:tr w:rsidR="00C61F8E" w14:paraId="2CDFF1FF" w14:textId="77777777" w:rsidTr="007F1418">
        <w:tc>
          <w:tcPr>
            <w:tcW w:w="6091" w:type="dxa"/>
          </w:tcPr>
          <w:p w14:paraId="254D4C84" w14:textId="77777777" w:rsidR="00C61F8E" w:rsidRDefault="00000000">
            <w:pPr>
              <w:rPr>
                <w:i/>
                <w:sz w:val="19"/>
                <w:lang w:val="el-GR"/>
              </w:rPr>
            </w:pPr>
            <w:r w:rsidRPr="00EA5934">
              <w:rPr>
                <w:b/>
                <w:lang w:val="el-GR"/>
              </w:rPr>
              <w:t>1. Συμμετοχή στις Εργασίες του Συνεδρίου</w:t>
            </w:r>
            <w:r w:rsidRPr="00EA5934">
              <w:rPr>
                <w:i/>
                <w:sz w:val="19"/>
                <w:lang w:val="el-GR"/>
              </w:rPr>
              <w:br/>
              <w:t>(Κόστος: Δωρεάν)</w:t>
            </w:r>
          </w:p>
          <w:p w14:paraId="04B60D96" w14:textId="3FEA3AB5" w:rsidR="00EA5934" w:rsidRPr="00EA5934" w:rsidRDefault="00EA5934">
            <w:pPr>
              <w:rPr>
                <w:lang w:val="el-GR"/>
              </w:rPr>
            </w:pPr>
          </w:p>
        </w:tc>
        <w:tc>
          <w:tcPr>
            <w:tcW w:w="1946" w:type="dxa"/>
          </w:tcPr>
          <w:p w14:paraId="5733DBBA" w14:textId="0A75E117" w:rsidR="00C61F8E" w:rsidRDefault="00000000">
            <w:pPr>
              <w:jc w:val="center"/>
            </w:pPr>
            <w:proofErr w:type="gramStart"/>
            <w:r>
              <w:t>[</w:t>
            </w:r>
            <w:r w:rsidR="00EA5934">
              <w:rPr>
                <w:lang w:val="el-GR"/>
              </w:rPr>
              <w:t xml:space="preserve"> </w:t>
            </w:r>
            <w:r>
              <w:t xml:space="preserve"> ]</w:t>
            </w:r>
            <w:proofErr w:type="gramEnd"/>
            <w:r>
              <w:t xml:space="preserve"> ΝΑΙ / </w:t>
            </w:r>
            <w:proofErr w:type="gramStart"/>
            <w:r>
              <w:t>[</w:t>
            </w:r>
            <w:r w:rsidR="00EA5934">
              <w:rPr>
                <w:lang w:val="el-GR"/>
              </w:rPr>
              <w:t xml:space="preserve"> </w:t>
            </w:r>
            <w:r>
              <w:t xml:space="preserve"> ]</w:t>
            </w:r>
            <w:proofErr w:type="gramEnd"/>
            <w:r>
              <w:t xml:space="preserve"> ΟΧΙ</w:t>
            </w:r>
          </w:p>
        </w:tc>
        <w:tc>
          <w:tcPr>
            <w:tcW w:w="1889" w:type="dxa"/>
          </w:tcPr>
          <w:p w14:paraId="7B815D29" w14:textId="77777777" w:rsidR="00C61F8E" w:rsidRDefault="00000000">
            <w:pPr>
              <w:jc w:val="center"/>
            </w:pPr>
            <w:r>
              <w:t>—</w:t>
            </w:r>
          </w:p>
        </w:tc>
      </w:tr>
      <w:tr w:rsidR="00C61F8E" w14:paraId="5F89CF92" w14:textId="77777777" w:rsidTr="007F1418">
        <w:tc>
          <w:tcPr>
            <w:tcW w:w="6091" w:type="dxa"/>
          </w:tcPr>
          <w:p w14:paraId="32F4B9F9" w14:textId="77777777" w:rsidR="00C61F8E" w:rsidRDefault="00000000">
            <w:pPr>
              <w:rPr>
                <w:i/>
                <w:sz w:val="19"/>
                <w:lang w:val="el-GR"/>
              </w:rPr>
            </w:pPr>
            <w:r w:rsidRPr="00EA5934">
              <w:rPr>
                <w:b/>
                <w:lang w:val="el-GR"/>
              </w:rPr>
              <w:t>2. Μετακίνηση με Πούλμαν της Εταιρίας</w:t>
            </w:r>
            <w:r w:rsidRPr="00EA5934">
              <w:rPr>
                <w:i/>
                <w:sz w:val="19"/>
                <w:lang w:val="el-GR"/>
              </w:rPr>
              <w:br/>
              <w:t>(Κόστος: 25€ ανά άτομο. Πληρωμή με μετρητά κατά την αναχώρηση)</w:t>
            </w:r>
          </w:p>
          <w:p w14:paraId="2653801B" w14:textId="77777777" w:rsidR="00EA5934" w:rsidRPr="00EA5934" w:rsidRDefault="00EA5934">
            <w:pPr>
              <w:rPr>
                <w:lang w:val="el-GR"/>
              </w:rPr>
            </w:pPr>
          </w:p>
        </w:tc>
        <w:tc>
          <w:tcPr>
            <w:tcW w:w="1946" w:type="dxa"/>
          </w:tcPr>
          <w:p w14:paraId="6C6655AF" w14:textId="717ADF53" w:rsidR="00C61F8E" w:rsidRDefault="00000000">
            <w:pPr>
              <w:jc w:val="center"/>
            </w:pPr>
            <w:proofErr w:type="gramStart"/>
            <w:r>
              <w:t xml:space="preserve">[ </w:t>
            </w:r>
            <w:r w:rsidR="00EA5934">
              <w:rPr>
                <w:lang w:val="el-GR"/>
              </w:rPr>
              <w:t xml:space="preserve"> </w:t>
            </w:r>
            <w:r>
              <w:t>]</w:t>
            </w:r>
            <w:proofErr w:type="gramEnd"/>
            <w:r>
              <w:t xml:space="preserve"> ΝΑΙ / </w:t>
            </w:r>
            <w:proofErr w:type="gramStart"/>
            <w:r>
              <w:t xml:space="preserve">[ </w:t>
            </w:r>
            <w:r w:rsidR="00EA5934">
              <w:rPr>
                <w:lang w:val="el-GR"/>
              </w:rPr>
              <w:t xml:space="preserve"> </w:t>
            </w:r>
            <w:r>
              <w:t>]</w:t>
            </w:r>
            <w:proofErr w:type="gramEnd"/>
            <w:r>
              <w:t xml:space="preserve"> ΟΧΙ</w:t>
            </w:r>
          </w:p>
        </w:tc>
        <w:tc>
          <w:tcPr>
            <w:tcW w:w="1889" w:type="dxa"/>
          </w:tcPr>
          <w:p w14:paraId="2CF21E86" w14:textId="77777777" w:rsidR="00C61F8E" w:rsidRDefault="00000000">
            <w:pPr>
              <w:jc w:val="center"/>
            </w:pPr>
            <w:r>
              <w:t>………</w:t>
            </w:r>
          </w:p>
        </w:tc>
      </w:tr>
      <w:tr w:rsidR="00C61F8E" w14:paraId="2A04CBEE" w14:textId="77777777" w:rsidTr="00CB0FD5">
        <w:trPr>
          <w:trHeight w:val="507"/>
        </w:trPr>
        <w:tc>
          <w:tcPr>
            <w:tcW w:w="6091" w:type="dxa"/>
          </w:tcPr>
          <w:p w14:paraId="1EDFF701" w14:textId="26E6FE5C" w:rsidR="00C61F8E" w:rsidRDefault="00000000">
            <w:pPr>
              <w:rPr>
                <w:i/>
                <w:sz w:val="19"/>
                <w:lang w:val="el-GR"/>
              </w:rPr>
            </w:pPr>
            <w:r w:rsidRPr="00EA5934">
              <w:rPr>
                <w:b/>
                <w:lang w:val="el-GR"/>
              </w:rPr>
              <w:t xml:space="preserve">3. Διαμονή στο </w:t>
            </w:r>
            <w:r>
              <w:rPr>
                <w:b/>
              </w:rPr>
              <w:t>COSTA</w:t>
            </w:r>
            <w:r w:rsidRPr="00EA5934">
              <w:rPr>
                <w:b/>
                <w:lang w:val="el-GR"/>
              </w:rPr>
              <w:t xml:space="preserve"> </w:t>
            </w:r>
            <w:r>
              <w:rPr>
                <w:b/>
              </w:rPr>
              <w:t>NAVARINO</w:t>
            </w:r>
            <w:r w:rsidRPr="00EA5934">
              <w:rPr>
                <w:i/>
                <w:sz w:val="19"/>
                <w:lang w:val="el-GR"/>
              </w:rPr>
              <w:br/>
              <w:t xml:space="preserve">(Κράτηση </w:t>
            </w:r>
            <w:r w:rsidR="00EA5934">
              <w:rPr>
                <w:i/>
                <w:sz w:val="19"/>
                <w:lang w:val="el-GR"/>
              </w:rPr>
              <w:t xml:space="preserve">με ιδία </w:t>
            </w:r>
            <w:r w:rsidR="007F1418">
              <w:rPr>
                <w:i/>
                <w:sz w:val="19"/>
                <w:lang w:val="el-GR"/>
              </w:rPr>
              <w:t>μέριμνα</w:t>
            </w:r>
            <w:r w:rsidRPr="00EA5934">
              <w:rPr>
                <w:i/>
                <w:sz w:val="19"/>
                <w:lang w:val="el-GR"/>
              </w:rPr>
              <w:t xml:space="preserve"> απευθείας στο ξενοδοχείο)</w:t>
            </w:r>
          </w:p>
          <w:p w14:paraId="44ED0C86" w14:textId="17DB04DA" w:rsidR="00EA5934" w:rsidRPr="00EA5934" w:rsidRDefault="00EA5934">
            <w:pPr>
              <w:rPr>
                <w:lang w:val="el-GR"/>
              </w:rPr>
            </w:pPr>
          </w:p>
        </w:tc>
        <w:tc>
          <w:tcPr>
            <w:tcW w:w="1946" w:type="dxa"/>
          </w:tcPr>
          <w:p w14:paraId="55064D84" w14:textId="11D66E1D" w:rsidR="00C61F8E" w:rsidRDefault="00000000">
            <w:pPr>
              <w:jc w:val="center"/>
            </w:pPr>
            <w:proofErr w:type="gramStart"/>
            <w:r>
              <w:t xml:space="preserve">[ </w:t>
            </w:r>
            <w:r w:rsidR="00EA5934">
              <w:rPr>
                <w:lang w:val="el-GR"/>
              </w:rPr>
              <w:t xml:space="preserve"> </w:t>
            </w:r>
            <w:r>
              <w:t>]</w:t>
            </w:r>
            <w:proofErr w:type="gramEnd"/>
            <w:r>
              <w:t xml:space="preserve"> ΝΑΙ / </w:t>
            </w:r>
            <w:proofErr w:type="gramStart"/>
            <w:r>
              <w:t xml:space="preserve">[ </w:t>
            </w:r>
            <w:r w:rsidR="00EA5934">
              <w:rPr>
                <w:lang w:val="el-GR"/>
              </w:rPr>
              <w:t xml:space="preserve"> </w:t>
            </w:r>
            <w:r>
              <w:t>]</w:t>
            </w:r>
            <w:proofErr w:type="gramEnd"/>
            <w:r>
              <w:t xml:space="preserve"> ΟΧΙ</w:t>
            </w:r>
          </w:p>
        </w:tc>
        <w:tc>
          <w:tcPr>
            <w:tcW w:w="1889" w:type="dxa"/>
          </w:tcPr>
          <w:p w14:paraId="6DD89CD0" w14:textId="77777777" w:rsidR="00C61F8E" w:rsidRDefault="00000000">
            <w:pPr>
              <w:jc w:val="center"/>
            </w:pPr>
            <w:r>
              <w:t>………</w:t>
            </w:r>
          </w:p>
        </w:tc>
      </w:tr>
      <w:tr w:rsidR="00C61F8E" w14:paraId="079FB59E" w14:textId="77777777" w:rsidTr="00CB0FD5">
        <w:trPr>
          <w:trHeight w:val="617"/>
        </w:trPr>
        <w:tc>
          <w:tcPr>
            <w:tcW w:w="6091" w:type="dxa"/>
          </w:tcPr>
          <w:p w14:paraId="15102063" w14:textId="4B26679A" w:rsidR="00C61F8E" w:rsidRPr="00EA5934" w:rsidRDefault="00000000">
            <w:pPr>
              <w:rPr>
                <w:lang w:val="el-GR"/>
              </w:rPr>
            </w:pPr>
            <w:r w:rsidRPr="00EA5934">
              <w:rPr>
                <w:b/>
                <w:lang w:val="el-GR"/>
              </w:rPr>
              <w:t>4. Δείπνο Παρασκευής (13/11)</w:t>
            </w:r>
            <w:r w:rsidRPr="00EA5934">
              <w:rPr>
                <w:i/>
                <w:sz w:val="19"/>
                <w:lang w:val="el-GR"/>
              </w:rPr>
              <w:br/>
              <w:t>(Κόστος: 40€ ανά άτομο)</w:t>
            </w:r>
          </w:p>
        </w:tc>
        <w:tc>
          <w:tcPr>
            <w:tcW w:w="1946" w:type="dxa"/>
          </w:tcPr>
          <w:p w14:paraId="26B72EEA" w14:textId="5B0639D9" w:rsidR="00C61F8E" w:rsidRDefault="00000000">
            <w:pPr>
              <w:jc w:val="center"/>
            </w:pPr>
            <w:proofErr w:type="gramStart"/>
            <w:r>
              <w:t xml:space="preserve">[ </w:t>
            </w:r>
            <w:r w:rsidR="00EA5934">
              <w:rPr>
                <w:lang w:val="el-GR"/>
              </w:rPr>
              <w:t xml:space="preserve"> </w:t>
            </w:r>
            <w:r>
              <w:t>]</w:t>
            </w:r>
            <w:proofErr w:type="gramEnd"/>
            <w:r>
              <w:t xml:space="preserve"> ΝΑΙ / </w:t>
            </w:r>
            <w:proofErr w:type="gramStart"/>
            <w:r>
              <w:t xml:space="preserve">[ </w:t>
            </w:r>
            <w:r w:rsidR="00EA5934">
              <w:rPr>
                <w:lang w:val="el-GR"/>
              </w:rPr>
              <w:t xml:space="preserve"> </w:t>
            </w:r>
            <w:r>
              <w:t>]</w:t>
            </w:r>
            <w:proofErr w:type="gramEnd"/>
            <w:r>
              <w:t xml:space="preserve"> ΟΧΙ</w:t>
            </w:r>
          </w:p>
        </w:tc>
        <w:tc>
          <w:tcPr>
            <w:tcW w:w="1889" w:type="dxa"/>
          </w:tcPr>
          <w:p w14:paraId="5C8F7C48" w14:textId="77777777" w:rsidR="00C61F8E" w:rsidRDefault="00000000">
            <w:pPr>
              <w:jc w:val="center"/>
            </w:pPr>
            <w:r>
              <w:t>………</w:t>
            </w:r>
          </w:p>
        </w:tc>
      </w:tr>
      <w:tr w:rsidR="00C61F8E" w14:paraId="7201AF8E" w14:textId="77777777" w:rsidTr="00CB0FD5">
        <w:trPr>
          <w:trHeight w:val="569"/>
        </w:trPr>
        <w:tc>
          <w:tcPr>
            <w:tcW w:w="6091" w:type="dxa"/>
          </w:tcPr>
          <w:p w14:paraId="3810C477" w14:textId="26BA7DA1" w:rsidR="00C61F8E" w:rsidRDefault="00000000">
            <w:pPr>
              <w:rPr>
                <w:i/>
                <w:sz w:val="19"/>
                <w:lang w:val="el-GR"/>
              </w:rPr>
            </w:pPr>
            <w:r w:rsidRPr="00EA5934">
              <w:rPr>
                <w:b/>
                <w:lang w:val="el-GR"/>
              </w:rPr>
              <w:t>5. Δεξίωση Σαββάτου (14/11)</w:t>
            </w:r>
            <w:r w:rsidRPr="00EA5934">
              <w:rPr>
                <w:i/>
                <w:sz w:val="19"/>
                <w:lang w:val="el-GR"/>
              </w:rPr>
              <w:br/>
              <w:t>(Δωρεάν)</w:t>
            </w:r>
          </w:p>
          <w:p w14:paraId="1507319D" w14:textId="77777777" w:rsidR="00EA5934" w:rsidRPr="00EA5934" w:rsidRDefault="00EA5934">
            <w:pPr>
              <w:rPr>
                <w:lang w:val="el-GR"/>
              </w:rPr>
            </w:pPr>
          </w:p>
        </w:tc>
        <w:tc>
          <w:tcPr>
            <w:tcW w:w="1946" w:type="dxa"/>
          </w:tcPr>
          <w:p w14:paraId="500704E3" w14:textId="4D03855D" w:rsidR="00C61F8E" w:rsidRDefault="00000000">
            <w:pPr>
              <w:jc w:val="center"/>
            </w:pPr>
            <w:proofErr w:type="gramStart"/>
            <w:r>
              <w:t>[</w:t>
            </w:r>
            <w:r w:rsidR="00EA5934">
              <w:rPr>
                <w:lang w:val="el-GR"/>
              </w:rPr>
              <w:t xml:space="preserve"> </w:t>
            </w:r>
            <w:r>
              <w:t xml:space="preserve"> ]</w:t>
            </w:r>
            <w:proofErr w:type="gramEnd"/>
            <w:r>
              <w:t xml:space="preserve"> ΝΑΙ / </w:t>
            </w:r>
            <w:proofErr w:type="gramStart"/>
            <w:r>
              <w:t>[</w:t>
            </w:r>
            <w:r w:rsidR="00EA5934">
              <w:rPr>
                <w:lang w:val="el-GR"/>
              </w:rPr>
              <w:t xml:space="preserve"> </w:t>
            </w:r>
            <w:r>
              <w:t xml:space="preserve"> ]</w:t>
            </w:r>
            <w:proofErr w:type="gramEnd"/>
            <w:r>
              <w:t xml:space="preserve"> ΟΧΙ</w:t>
            </w:r>
          </w:p>
        </w:tc>
        <w:tc>
          <w:tcPr>
            <w:tcW w:w="1889" w:type="dxa"/>
          </w:tcPr>
          <w:p w14:paraId="385362CA" w14:textId="77777777" w:rsidR="00C61F8E" w:rsidRDefault="00000000">
            <w:pPr>
              <w:jc w:val="center"/>
            </w:pPr>
            <w:r>
              <w:t>………</w:t>
            </w:r>
          </w:p>
        </w:tc>
      </w:tr>
      <w:tr w:rsidR="00C61F8E" w14:paraId="181C5887" w14:textId="77777777" w:rsidTr="007F1418">
        <w:tc>
          <w:tcPr>
            <w:tcW w:w="6091" w:type="dxa"/>
          </w:tcPr>
          <w:p w14:paraId="2682AA67" w14:textId="5DE86D10" w:rsidR="00C61F8E" w:rsidRDefault="00000000">
            <w:pPr>
              <w:rPr>
                <w:i/>
                <w:sz w:val="19"/>
                <w:lang w:val="el-GR"/>
              </w:rPr>
            </w:pPr>
            <w:r w:rsidRPr="00EA5934">
              <w:rPr>
                <w:b/>
                <w:lang w:val="el-GR"/>
              </w:rPr>
              <w:t>6. Πολιτιστική Εκδρομή Συνοδών (Σάββατο 14/11)</w:t>
            </w:r>
            <w:r w:rsidRPr="00EA5934">
              <w:rPr>
                <w:i/>
                <w:sz w:val="19"/>
                <w:lang w:val="el-GR"/>
              </w:rPr>
              <w:br/>
              <w:t xml:space="preserve">(Δωρεάν. Αφορά τα </w:t>
            </w:r>
            <w:proofErr w:type="spellStart"/>
            <w:r w:rsidRPr="00EA5934">
              <w:rPr>
                <w:i/>
                <w:sz w:val="19"/>
                <w:lang w:val="el-GR"/>
              </w:rPr>
              <w:t>συνοδ</w:t>
            </w:r>
            <w:r w:rsidR="007F1418">
              <w:rPr>
                <w:i/>
                <w:sz w:val="19"/>
                <w:lang w:val="el-GR"/>
              </w:rPr>
              <w:t>εύο</w:t>
            </w:r>
            <w:r w:rsidRPr="00EA5934">
              <w:rPr>
                <w:i/>
                <w:sz w:val="19"/>
                <w:lang w:val="el-GR"/>
              </w:rPr>
              <w:t>ντα</w:t>
            </w:r>
            <w:proofErr w:type="spellEnd"/>
            <w:r w:rsidRPr="00EA5934">
              <w:rPr>
                <w:i/>
                <w:sz w:val="19"/>
                <w:lang w:val="el-GR"/>
              </w:rPr>
              <w:t xml:space="preserve"> μέλη)</w:t>
            </w:r>
          </w:p>
          <w:p w14:paraId="45B8C210" w14:textId="649B836B" w:rsidR="00EA5934" w:rsidRPr="00EA5934" w:rsidRDefault="00EA5934">
            <w:pPr>
              <w:rPr>
                <w:lang w:val="el-GR"/>
              </w:rPr>
            </w:pPr>
          </w:p>
        </w:tc>
        <w:tc>
          <w:tcPr>
            <w:tcW w:w="1946" w:type="dxa"/>
          </w:tcPr>
          <w:p w14:paraId="5BF9B3CE" w14:textId="3A7EF43A" w:rsidR="00C61F8E" w:rsidRDefault="00000000">
            <w:pPr>
              <w:jc w:val="center"/>
            </w:pPr>
            <w:proofErr w:type="gramStart"/>
            <w:r>
              <w:t xml:space="preserve">[ </w:t>
            </w:r>
            <w:r w:rsidR="00EA5934">
              <w:rPr>
                <w:lang w:val="el-GR"/>
              </w:rPr>
              <w:t xml:space="preserve"> </w:t>
            </w:r>
            <w:r>
              <w:t>]</w:t>
            </w:r>
            <w:proofErr w:type="gramEnd"/>
            <w:r>
              <w:t xml:space="preserve"> ΝΑΙ / </w:t>
            </w:r>
            <w:proofErr w:type="gramStart"/>
            <w:r>
              <w:t>[</w:t>
            </w:r>
            <w:r w:rsidR="00EA5934">
              <w:rPr>
                <w:lang w:val="el-GR"/>
              </w:rPr>
              <w:t xml:space="preserve"> </w:t>
            </w:r>
            <w:r>
              <w:t xml:space="preserve"> ]</w:t>
            </w:r>
            <w:proofErr w:type="gramEnd"/>
            <w:r>
              <w:t xml:space="preserve"> ΟΧΙ</w:t>
            </w:r>
          </w:p>
        </w:tc>
        <w:tc>
          <w:tcPr>
            <w:tcW w:w="1889" w:type="dxa"/>
          </w:tcPr>
          <w:p w14:paraId="1573D76E" w14:textId="77777777" w:rsidR="00C61F8E" w:rsidRDefault="00000000">
            <w:pPr>
              <w:jc w:val="center"/>
            </w:pPr>
            <w:r>
              <w:t>………</w:t>
            </w:r>
          </w:p>
        </w:tc>
      </w:tr>
    </w:tbl>
    <w:p w14:paraId="4B225459" w14:textId="7EA88CC7" w:rsidR="00EA5934" w:rsidRDefault="00EA5934">
      <w:pPr>
        <w:rPr>
          <w:b/>
          <w:lang w:val="el-GR"/>
        </w:rPr>
      </w:pPr>
    </w:p>
    <w:p w14:paraId="272DB6AF" w14:textId="77777777" w:rsidR="00E9347D" w:rsidRDefault="00E9347D">
      <w:pPr>
        <w:rPr>
          <w:b/>
          <w:lang w:val="el-GR"/>
        </w:rPr>
      </w:pPr>
    </w:p>
    <w:p w14:paraId="127CE40D" w14:textId="6A028B58" w:rsidR="00C61F8E" w:rsidRPr="007F1418" w:rsidRDefault="00425AC5" w:rsidP="00EA5934">
      <w:pPr>
        <w:jc w:val="both"/>
        <w:rPr>
          <w:lang w:val="el-GR"/>
        </w:rPr>
      </w:pPr>
      <w:r>
        <w:rPr>
          <w:b/>
          <w:lang w:val="el-GR"/>
        </w:rPr>
        <w:t xml:space="preserve">Παράκληση η παρούσα φόρμα να αποσταλεί </w:t>
      </w:r>
      <w:r w:rsidRPr="00EA5934">
        <w:rPr>
          <w:b/>
          <w:lang w:val="el-GR"/>
        </w:rPr>
        <w:t>έως και τις 26/10/2026 στην ηλεκτρονική διεύθυνση της Εταιρίας Δικαστικών Μελετών (</w:t>
      </w:r>
      <w:hyperlink r:id="rId6" w:history="1">
        <w:r w:rsidRPr="009C3464">
          <w:rPr>
            <w:rStyle w:val="Hyperlink"/>
            <w:b/>
          </w:rPr>
          <w:t>etdime</w:t>
        </w:r>
        <w:r w:rsidRPr="009C3464">
          <w:rPr>
            <w:rStyle w:val="Hyperlink"/>
            <w:b/>
            <w:lang w:val="el-GR"/>
          </w:rPr>
          <w:t>@</w:t>
        </w:r>
        <w:r w:rsidRPr="009C3464">
          <w:rPr>
            <w:rStyle w:val="Hyperlink"/>
            <w:b/>
          </w:rPr>
          <w:t>gmail</w:t>
        </w:r>
        <w:r w:rsidRPr="009C3464">
          <w:rPr>
            <w:rStyle w:val="Hyperlink"/>
            <w:b/>
            <w:lang w:val="el-GR"/>
          </w:rPr>
          <w:t>.</w:t>
        </w:r>
        <w:r w:rsidRPr="009C3464">
          <w:rPr>
            <w:rStyle w:val="Hyperlink"/>
            <w:b/>
          </w:rPr>
          <w:t>com</w:t>
        </w:r>
      </w:hyperlink>
      <w:r>
        <w:rPr>
          <w:b/>
          <w:lang w:val="el-GR"/>
        </w:rPr>
        <w:t xml:space="preserve">, </w:t>
      </w:r>
      <w:r w:rsidRPr="00EA5934">
        <w:rPr>
          <w:b/>
          <w:lang w:val="el-GR"/>
        </w:rPr>
        <w:t>υπόψη της κ. Κατερίνας Ζήση</w:t>
      </w:r>
      <w:r>
        <w:rPr>
          <w:b/>
          <w:lang w:val="el-GR"/>
        </w:rPr>
        <w:t>)</w:t>
      </w:r>
      <w:r w:rsidRPr="00EA5934">
        <w:rPr>
          <w:b/>
          <w:lang w:val="el-GR"/>
        </w:rPr>
        <w:t>.</w:t>
      </w:r>
      <w:r w:rsidR="00337468" w:rsidRPr="00337468">
        <w:rPr>
          <w:b/>
          <w:lang w:val="el-GR"/>
        </w:rPr>
        <w:t xml:space="preserve"> </w:t>
      </w:r>
      <w:r w:rsidRPr="00EA5934">
        <w:rPr>
          <w:lang w:val="el-GR"/>
        </w:rPr>
        <w:t>Για τυχόν διευκρινίσεις μπορείτε να επικοινωνήσετε με την κ. Κατερίνα Ζήση στο τηλέφωνο 6974230822.</w:t>
      </w:r>
      <w:r w:rsidRPr="00EA5934">
        <w:rPr>
          <w:lang w:val="el-GR"/>
        </w:rPr>
        <w:br/>
      </w:r>
    </w:p>
    <w:p w14:paraId="579CD3DA" w14:textId="77777777" w:rsidR="00337468" w:rsidRPr="007F1418" w:rsidRDefault="00337468" w:rsidP="00EA5934">
      <w:pPr>
        <w:jc w:val="both"/>
        <w:rPr>
          <w:lang w:val="el-GR"/>
        </w:rPr>
      </w:pPr>
    </w:p>
    <w:p w14:paraId="5C457241" w14:textId="77777777" w:rsidR="00C61F8E" w:rsidRDefault="00000000">
      <w:proofErr w:type="spellStart"/>
      <w:r>
        <w:t>Ημερομηνί</w:t>
      </w:r>
      <w:proofErr w:type="spellEnd"/>
      <w:r>
        <w:t>α: ……… / ……… / 2026                                      Υπ</w:t>
      </w:r>
      <w:proofErr w:type="spellStart"/>
      <w:r>
        <w:t>ογρ</w:t>
      </w:r>
      <w:proofErr w:type="spellEnd"/>
      <w:r>
        <w:t xml:space="preserve">αφή: ………………………. </w:t>
      </w:r>
    </w:p>
    <w:sectPr w:rsidR="00C61F8E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0226257">
    <w:abstractNumId w:val="8"/>
  </w:num>
  <w:num w:numId="2" w16cid:durableId="537547486">
    <w:abstractNumId w:val="6"/>
  </w:num>
  <w:num w:numId="3" w16cid:durableId="1521506238">
    <w:abstractNumId w:val="5"/>
  </w:num>
  <w:num w:numId="4" w16cid:durableId="1209872991">
    <w:abstractNumId w:val="4"/>
  </w:num>
  <w:num w:numId="5" w16cid:durableId="557015191">
    <w:abstractNumId w:val="7"/>
  </w:num>
  <w:num w:numId="6" w16cid:durableId="1752317099">
    <w:abstractNumId w:val="3"/>
  </w:num>
  <w:num w:numId="7" w16cid:durableId="2080250502">
    <w:abstractNumId w:val="2"/>
  </w:num>
  <w:num w:numId="8" w16cid:durableId="863980964">
    <w:abstractNumId w:val="1"/>
  </w:num>
  <w:num w:numId="9" w16cid:durableId="1971788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1BE"/>
    <w:rsid w:val="0006063C"/>
    <w:rsid w:val="000B4F49"/>
    <w:rsid w:val="0015074B"/>
    <w:rsid w:val="00157B13"/>
    <w:rsid w:val="0029639D"/>
    <w:rsid w:val="00326F90"/>
    <w:rsid w:val="00337468"/>
    <w:rsid w:val="00425AC5"/>
    <w:rsid w:val="005E6BEE"/>
    <w:rsid w:val="00656691"/>
    <w:rsid w:val="007F1418"/>
    <w:rsid w:val="009A5AEC"/>
    <w:rsid w:val="00AA1D8D"/>
    <w:rsid w:val="00AB094F"/>
    <w:rsid w:val="00AB1455"/>
    <w:rsid w:val="00B01CAA"/>
    <w:rsid w:val="00B47730"/>
    <w:rsid w:val="00C61F8E"/>
    <w:rsid w:val="00CB0664"/>
    <w:rsid w:val="00CB0FD5"/>
    <w:rsid w:val="00D548AF"/>
    <w:rsid w:val="00E9347D"/>
    <w:rsid w:val="00EA593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9270E"/>
  <w14:defaultImageDpi w14:val="300"/>
  <w15:docId w15:val="{52A81142-F944-45A3-8881-D0F17C49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25A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A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tdime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Zissi Aikaterini</cp:lastModifiedBy>
  <cp:revision>2</cp:revision>
  <dcterms:created xsi:type="dcterms:W3CDTF">2026-10-07T08:56:00Z</dcterms:created>
  <dcterms:modified xsi:type="dcterms:W3CDTF">2026-10-07T08:56:00Z</dcterms:modified>
  <cp:category/>
</cp:coreProperties>
</file>